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1A93E" w14:textId="723E5CBB" w:rsidR="00FF34CC" w:rsidRPr="005735AC" w:rsidRDefault="00000000" w:rsidP="005735AC">
      <w:pPr>
        <w:jc w:val="center"/>
        <w:rPr>
          <w:lang w:val="pl-PL"/>
        </w:rPr>
      </w:pPr>
      <w:r w:rsidRPr="005735AC">
        <w:rPr>
          <w:b/>
          <w:color w:val="1F4E79"/>
          <w:sz w:val="24"/>
          <w:lang w:val="pl-PL"/>
        </w:rPr>
        <w:t>SPRAWOZDANIE Z DZIAŁALNOŚCI SEKCJI / ZAJĘĆ MOS OPOLE</w:t>
      </w:r>
    </w:p>
    <w:p w14:paraId="4C368BAF" w14:textId="77777777" w:rsidR="00FF34CC" w:rsidRDefault="00000000">
      <w:pPr>
        <w:spacing w:before="80" w:after="20"/>
      </w:pPr>
      <w:r>
        <w:rPr>
          <w:b/>
          <w:color w:val="1F4E79"/>
          <w:sz w:val="18"/>
        </w:rPr>
        <w:t>A. DANE PODSTAWOWE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928"/>
        <w:gridCol w:w="3402"/>
        <w:gridCol w:w="1814"/>
        <w:gridCol w:w="3231"/>
      </w:tblGrid>
      <w:tr w:rsidR="00FF34CC" w14:paraId="37518634" w14:textId="77777777">
        <w:trPr>
          <w:trHeight w:val="329"/>
          <w:jc w:val="center"/>
        </w:trPr>
        <w:tc>
          <w:tcPr>
            <w:tcW w:w="1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99A272" w14:textId="77777777" w:rsidR="00FF34CC" w:rsidRDefault="00000000">
            <w:proofErr w:type="spellStart"/>
            <w:r>
              <w:rPr>
                <w:b/>
                <w:sz w:val="16"/>
              </w:rPr>
              <w:t>Sekcja</w:t>
            </w:r>
            <w:proofErr w:type="spellEnd"/>
            <w:r>
              <w:rPr>
                <w:b/>
                <w:sz w:val="16"/>
              </w:rPr>
              <w:t xml:space="preserve"> / </w:t>
            </w:r>
            <w:proofErr w:type="spellStart"/>
            <w:r>
              <w:rPr>
                <w:b/>
                <w:sz w:val="16"/>
              </w:rPr>
              <w:t>dyscyplina</w:t>
            </w:r>
            <w:proofErr w:type="spellEnd"/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9E282" w14:textId="77777777" w:rsidR="00FF34CC" w:rsidRDefault="00FF34CC"/>
        </w:tc>
        <w:tc>
          <w:tcPr>
            <w:tcW w:w="18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348B3" w14:textId="2D916DE4" w:rsidR="00FF34CC" w:rsidRDefault="00E50798">
            <w:r>
              <w:rPr>
                <w:b/>
                <w:sz w:val="16"/>
              </w:rPr>
              <w:t xml:space="preserve">Rok </w:t>
            </w:r>
            <w:proofErr w:type="spellStart"/>
            <w:r>
              <w:rPr>
                <w:b/>
                <w:sz w:val="16"/>
              </w:rPr>
              <w:t>szk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32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8F310" w14:textId="77777777" w:rsidR="00FF34CC" w:rsidRDefault="00FF34CC"/>
        </w:tc>
      </w:tr>
      <w:tr w:rsidR="00FF34CC" w14:paraId="2CD4B02C" w14:textId="77777777">
        <w:trPr>
          <w:trHeight w:val="329"/>
          <w:jc w:val="center"/>
        </w:trPr>
        <w:tc>
          <w:tcPr>
            <w:tcW w:w="1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96471E" w14:textId="77777777" w:rsidR="00FF34CC" w:rsidRDefault="00000000">
            <w:proofErr w:type="spellStart"/>
            <w:r>
              <w:rPr>
                <w:b/>
                <w:sz w:val="16"/>
              </w:rPr>
              <w:t>Prowadzący</w:t>
            </w:r>
            <w:proofErr w:type="spellEnd"/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315A7" w14:textId="77777777" w:rsidR="00FF34CC" w:rsidRDefault="00FF34CC"/>
        </w:tc>
        <w:tc>
          <w:tcPr>
            <w:tcW w:w="18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273A5" w14:textId="77777777" w:rsidR="00FF34CC" w:rsidRDefault="00000000">
            <w:proofErr w:type="spellStart"/>
            <w:r>
              <w:rPr>
                <w:b/>
                <w:sz w:val="16"/>
              </w:rPr>
              <w:t>Liczba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godz</w:t>
            </w:r>
            <w:proofErr w:type="spellEnd"/>
            <w:r>
              <w:rPr>
                <w:b/>
                <w:sz w:val="16"/>
              </w:rPr>
              <w:t>./</w:t>
            </w:r>
            <w:proofErr w:type="spellStart"/>
            <w:r>
              <w:rPr>
                <w:b/>
                <w:sz w:val="16"/>
              </w:rPr>
              <w:t>tydz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32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AB61D3" w14:textId="77777777" w:rsidR="00FF34CC" w:rsidRDefault="00FF34CC"/>
        </w:tc>
      </w:tr>
      <w:tr w:rsidR="00FF34CC" w14:paraId="3564C83A" w14:textId="77777777">
        <w:trPr>
          <w:trHeight w:val="329"/>
          <w:jc w:val="center"/>
        </w:trPr>
        <w:tc>
          <w:tcPr>
            <w:tcW w:w="1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75DA0" w14:textId="77777777" w:rsidR="00FF34CC" w:rsidRDefault="00000000">
            <w:proofErr w:type="spellStart"/>
            <w:r>
              <w:rPr>
                <w:b/>
                <w:sz w:val="16"/>
              </w:rPr>
              <w:t>Miejsce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zajęć</w:t>
            </w:r>
            <w:proofErr w:type="spellEnd"/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FB491" w14:textId="77777777" w:rsidR="00FF34CC" w:rsidRDefault="00FF34CC"/>
        </w:tc>
        <w:tc>
          <w:tcPr>
            <w:tcW w:w="18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EF8D0" w14:textId="77777777" w:rsidR="00FF34CC" w:rsidRDefault="00000000">
            <w:r>
              <w:rPr>
                <w:b/>
                <w:sz w:val="16"/>
              </w:rPr>
              <w:t xml:space="preserve">Grupa </w:t>
            </w:r>
            <w:proofErr w:type="spellStart"/>
            <w:r>
              <w:rPr>
                <w:b/>
                <w:sz w:val="16"/>
              </w:rPr>
              <w:t>szkoleniowa</w:t>
            </w:r>
            <w:proofErr w:type="spellEnd"/>
          </w:p>
        </w:tc>
        <w:tc>
          <w:tcPr>
            <w:tcW w:w="32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C311C" w14:textId="77777777" w:rsidR="00FF34CC" w:rsidRDefault="00FF34CC"/>
        </w:tc>
      </w:tr>
      <w:tr w:rsidR="00FF34CC" w14:paraId="32ECEFA2" w14:textId="77777777">
        <w:trPr>
          <w:trHeight w:val="329"/>
          <w:jc w:val="center"/>
        </w:trPr>
        <w:tc>
          <w:tcPr>
            <w:tcW w:w="19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236BA" w14:textId="77777777" w:rsidR="00FF34CC" w:rsidRDefault="00000000">
            <w:proofErr w:type="spellStart"/>
            <w:r>
              <w:rPr>
                <w:b/>
                <w:sz w:val="16"/>
              </w:rPr>
              <w:t>Okres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realizacji</w:t>
            </w:r>
            <w:proofErr w:type="spellEnd"/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A7FB9" w14:textId="77777777" w:rsidR="00FF34CC" w:rsidRDefault="00000000">
            <w:r>
              <w:rPr>
                <w:sz w:val="16"/>
              </w:rPr>
              <w:t>od .............. do ..............</w:t>
            </w:r>
          </w:p>
        </w:tc>
        <w:tc>
          <w:tcPr>
            <w:tcW w:w="18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62A350" w14:textId="77777777" w:rsidR="00FF34CC" w:rsidRDefault="00000000">
            <w:r>
              <w:rPr>
                <w:b/>
                <w:sz w:val="16"/>
              </w:rPr>
              <w:t xml:space="preserve">Data </w:t>
            </w:r>
            <w:proofErr w:type="spellStart"/>
            <w:r>
              <w:rPr>
                <w:b/>
                <w:sz w:val="16"/>
              </w:rPr>
              <w:t>sporządzenia</w:t>
            </w:r>
            <w:proofErr w:type="spellEnd"/>
          </w:p>
        </w:tc>
        <w:tc>
          <w:tcPr>
            <w:tcW w:w="32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01C5C" w14:textId="77777777" w:rsidR="00FF34CC" w:rsidRDefault="00FF34CC"/>
        </w:tc>
      </w:tr>
    </w:tbl>
    <w:p w14:paraId="46B1D725" w14:textId="77777777" w:rsidR="00FF34CC" w:rsidRPr="005735AC" w:rsidRDefault="00000000">
      <w:pPr>
        <w:spacing w:before="80" w:after="20"/>
        <w:rPr>
          <w:lang w:val="pl-PL"/>
        </w:rPr>
      </w:pPr>
      <w:r w:rsidRPr="005735AC">
        <w:rPr>
          <w:b/>
          <w:color w:val="1F4E79"/>
          <w:sz w:val="18"/>
          <w:lang w:val="pl-PL"/>
        </w:rPr>
        <w:t>B. UCZESTNICY I FREKWENCJA - DANE LICZBOWE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474"/>
        <w:gridCol w:w="1474"/>
        <w:gridCol w:w="1757"/>
        <w:gridCol w:w="1757"/>
        <w:gridCol w:w="2154"/>
      </w:tblGrid>
      <w:tr w:rsidR="00FF34CC" w14:paraId="687821DF" w14:textId="77777777">
        <w:trPr>
          <w:jc w:val="center"/>
        </w:trPr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7703F" w14:textId="77777777" w:rsidR="00FF34CC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Liczba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zapisanych</w:t>
            </w:r>
            <w:proofErr w:type="spellEnd"/>
          </w:p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9F781" w14:textId="77777777" w:rsidR="00FF34CC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Dziewczęta</w:t>
            </w:r>
            <w:proofErr w:type="spellEnd"/>
          </w:p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8E8CD" w14:textId="77777777" w:rsidR="00FF34CC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Chłopcy</w:t>
            </w:r>
            <w:proofErr w:type="spellEnd"/>
          </w:p>
        </w:tc>
        <w:tc>
          <w:tcPr>
            <w:tcW w:w="17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7F19C" w14:textId="77777777" w:rsidR="00FF34CC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Śr</w:t>
            </w:r>
            <w:proofErr w:type="spellEnd"/>
            <w:r>
              <w:rPr>
                <w:b/>
                <w:sz w:val="16"/>
              </w:rPr>
              <w:t xml:space="preserve">. </w:t>
            </w:r>
            <w:proofErr w:type="spellStart"/>
            <w:r>
              <w:rPr>
                <w:b/>
                <w:sz w:val="16"/>
              </w:rPr>
              <w:t>obecność</w:t>
            </w:r>
            <w:proofErr w:type="spellEnd"/>
          </w:p>
        </w:tc>
        <w:tc>
          <w:tcPr>
            <w:tcW w:w="17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CF8AA" w14:textId="77777777" w:rsidR="00FF34CC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Frekwencja</w:t>
            </w:r>
            <w:proofErr w:type="spellEnd"/>
            <w:r>
              <w:rPr>
                <w:b/>
                <w:sz w:val="16"/>
              </w:rPr>
              <w:t xml:space="preserve"> %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C6980" w14:textId="77777777" w:rsidR="00FF34CC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Rezygnacje</w:t>
            </w:r>
            <w:proofErr w:type="spellEnd"/>
            <w:r>
              <w:rPr>
                <w:b/>
                <w:sz w:val="16"/>
              </w:rPr>
              <w:t xml:space="preserve"> / </w:t>
            </w:r>
            <w:proofErr w:type="spellStart"/>
            <w:r>
              <w:rPr>
                <w:b/>
                <w:sz w:val="16"/>
              </w:rPr>
              <w:t>doszli</w:t>
            </w:r>
            <w:proofErr w:type="spellEnd"/>
          </w:p>
        </w:tc>
      </w:tr>
      <w:tr w:rsidR="00FF34CC" w14:paraId="3FEB654F" w14:textId="77777777">
        <w:trPr>
          <w:trHeight w:val="425"/>
          <w:jc w:val="center"/>
        </w:trPr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86810" w14:textId="77777777" w:rsidR="00FF34CC" w:rsidRDefault="00FF34CC"/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D17E9" w14:textId="77777777" w:rsidR="00FF34CC" w:rsidRDefault="00FF34CC"/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B2747" w14:textId="77777777" w:rsidR="00FF34CC" w:rsidRDefault="00FF34CC"/>
        </w:tc>
        <w:tc>
          <w:tcPr>
            <w:tcW w:w="17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E9C45" w14:textId="77777777" w:rsidR="00FF34CC" w:rsidRDefault="00FF34CC"/>
        </w:tc>
        <w:tc>
          <w:tcPr>
            <w:tcW w:w="17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DD5DC" w14:textId="77777777" w:rsidR="00FF34CC" w:rsidRDefault="00FF34CC"/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24E1C" w14:textId="77777777" w:rsidR="00FF34CC" w:rsidRDefault="00FF34CC"/>
        </w:tc>
      </w:tr>
    </w:tbl>
    <w:p w14:paraId="449A5912" w14:textId="77777777" w:rsidR="00FF34CC" w:rsidRPr="005735AC" w:rsidRDefault="00000000">
      <w:pPr>
        <w:spacing w:before="80" w:after="20"/>
        <w:rPr>
          <w:lang w:val="pl-PL"/>
        </w:rPr>
      </w:pPr>
      <w:r w:rsidRPr="005735AC">
        <w:rPr>
          <w:b/>
          <w:color w:val="1F4E79"/>
          <w:sz w:val="18"/>
          <w:lang w:val="pl-PL"/>
        </w:rPr>
        <w:t>C. CELE I PROGRAM - STOPIEŃ REALIZACJI</w:t>
      </w:r>
    </w:p>
    <w:p w14:paraId="7057EB6A" w14:textId="77777777" w:rsidR="00FF34CC" w:rsidRDefault="00000000">
      <w:pPr>
        <w:spacing w:after="20"/>
      </w:pPr>
      <w:r w:rsidRPr="005735AC">
        <w:rPr>
          <w:i/>
          <w:color w:val="5A5A5A"/>
          <w:sz w:val="15"/>
          <w:lang w:val="pl-PL"/>
        </w:rPr>
        <w:t xml:space="preserve">Skala: 1 - </w:t>
      </w:r>
      <w:proofErr w:type="spellStart"/>
      <w:r w:rsidRPr="005735AC">
        <w:rPr>
          <w:i/>
          <w:color w:val="5A5A5A"/>
          <w:sz w:val="15"/>
          <w:lang w:val="pl-PL"/>
        </w:rPr>
        <w:t>niezrealizowano</w:t>
      </w:r>
      <w:proofErr w:type="spellEnd"/>
      <w:r w:rsidRPr="005735AC">
        <w:rPr>
          <w:i/>
          <w:color w:val="5A5A5A"/>
          <w:sz w:val="15"/>
          <w:lang w:val="pl-PL"/>
        </w:rPr>
        <w:t xml:space="preserve">, 2 - częściowo, 3 - poprawnie, 4 - dobrze, 5 - bardzo dobrze. </w:t>
      </w:r>
      <w:proofErr w:type="spellStart"/>
      <w:r>
        <w:rPr>
          <w:i/>
          <w:color w:val="5A5A5A"/>
          <w:sz w:val="15"/>
        </w:rPr>
        <w:t>Opis</w:t>
      </w:r>
      <w:proofErr w:type="spellEnd"/>
      <w:r>
        <w:rPr>
          <w:i/>
          <w:color w:val="5A5A5A"/>
          <w:sz w:val="15"/>
        </w:rPr>
        <w:t xml:space="preserve"> </w:t>
      </w:r>
      <w:proofErr w:type="spellStart"/>
      <w:r>
        <w:rPr>
          <w:i/>
          <w:color w:val="5A5A5A"/>
          <w:sz w:val="15"/>
        </w:rPr>
        <w:t>maks</w:t>
      </w:r>
      <w:proofErr w:type="spellEnd"/>
      <w:r>
        <w:rPr>
          <w:i/>
          <w:color w:val="5A5A5A"/>
          <w:sz w:val="15"/>
        </w:rPr>
        <w:t xml:space="preserve">. 1-2 </w:t>
      </w:r>
      <w:proofErr w:type="spellStart"/>
      <w:r>
        <w:rPr>
          <w:i/>
          <w:color w:val="5A5A5A"/>
          <w:sz w:val="15"/>
        </w:rPr>
        <w:t>zdania</w:t>
      </w:r>
      <w:proofErr w:type="spellEnd"/>
      <w:r>
        <w:rPr>
          <w:i/>
          <w:color w:val="5A5A5A"/>
          <w:sz w:val="15"/>
        </w:rPr>
        <w:t>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08"/>
        <w:gridCol w:w="4252"/>
        <w:gridCol w:w="1247"/>
        <w:gridCol w:w="2268"/>
      </w:tblGrid>
      <w:tr w:rsidR="00FF34CC" w14:paraId="0CF6472A" w14:textId="77777777">
        <w:trPr>
          <w:jc w:val="center"/>
        </w:trPr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F4694" w14:textId="77777777" w:rsidR="00FF34CC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Obszar</w:t>
            </w:r>
            <w:proofErr w:type="spellEnd"/>
          </w:p>
        </w:tc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38C62" w14:textId="77777777" w:rsidR="00FF34CC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Najważniejsze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treści</w:t>
            </w:r>
            <w:proofErr w:type="spellEnd"/>
            <w:r>
              <w:rPr>
                <w:b/>
                <w:sz w:val="16"/>
              </w:rPr>
              <w:t xml:space="preserve"> / </w:t>
            </w:r>
            <w:proofErr w:type="spellStart"/>
            <w:r>
              <w:rPr>
                <w:b/>
                <w:sz w:val="16"/>
              </w:rPr>
              <w:t>działania</w:t>
            </w:r>
            <w:proofErr w:type="spellEnd"/>
          </w:p>
        </w:tc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D65BE" w14:textId="77777777" w:rsidR="00FF34CC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Ocena</w:t>
            </w:r>
            <w:proofErr w:type="spellEnd"/>
            <w:r>
              <w:rPr>
                <w:b/>
                <w:sz w:val="16"/>
              </w:rPr>
              <w:t xml:space="preserve"> 1-5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4F135" w14:textId="77777777" w:rsidR="00FF34CC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Dowód</w:t>
            </w:r>
            <w:proofErr w:type="spellEnd"/>
            <w:r>
              <w:rPr>
                <w:b/>
                <w:sz w:val="16"/>
              </w:rPr>
              <w:t xml:space="preserve"> / </w:t>
            </w:r>
            <w:proofErr w:type="spellStart"/>
            <w:r>
              <w:rPr>
                <w:b/>
                <w:sz w:val="16"/>
              </w:rPr>
              <w:t>efekt</w:t>
            </w:r>
            <w:proofErr w:type="spellEnd"/>
          </w:p>
        </w:tc>
      </w:tr>
      <w:tr w:rsidR="00FF34CC" w14:paraId="5426125E" w14:textId="77777777">
        <w:trPr>
          <w:trHeight w:val="442"/>
          <w:jc w:val="center"/>
        </w:trPr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4BF9E" w14:textId="77777777" w:rsidR="00FF34CC" w:rsidRDefault="00000000">
            <w:r>
              <w:rPr>
                <w:b/>
                <w:sz w:val="16"/>
              </w:rPr>
              <w:t xml:space="preserve">Cele </w:t>
            </w:r>
            <w:proofErr w:type="spellStart"/>
            <w:r>
              <w:rPr>
                <w:b/>
                <w:sz w:val="16"/>
              </w:rPr>
              <w:t>szkoleniowe</w:t>
            </w:r>
            <w:proofErr w:type="spellEnd"/>
          </w:p>
        </w:tc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7F46E" w14:textId="77777777" w:rsidR="00FF34CC" w:rsidRDefault="00FF34CC"/>
        </w:tc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8E63E" w14:textId="77777777" w:rsidR="00FF34CC" w:rsidRDefault="00FF34CC"/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5C0E6" w14:textId="77777777" w:rsidR="00FF34CC" w:rsidRDefault="00FF34CC"/>
        </w:tc>
      </w:tr>
      <w:tr w:rsidR="00FF34CC" w14:paraId="5E37A14A" w14:textId="77777777">
        <w:trPr>
          <w:trHeight w:val="442"/>
          <w:jc w:val="center"/>
        </w:trPr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B7FAE" w14:textId="77777777" w:rsidR="00FF34CC" w:rsidRDefault="00000000">
            <w:proofErr w:type="spellStart"/>
            <w:r>
              <w:rPr>
                <w:b/>
                <w:sz w:val="16"/>
              </w:rPr>
              <w:t>Realizacja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programu</w:t>
            </w:r>
            <w:proofErr w:type="spellEnd"/>
          </w:p>
        </w:tc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E26C2" w14:textId="77777777" w:rsidR="00FF34CC" w:rsidRDefault="00FF34CC"/>
        </w:tc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18D35" w14:textId="77777777" w:rsidR="00FF34CC" w:rsidRDefault="00FF34CC"/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B314F3" w14:textId="77777777" w:rsidR="00FF34CC" w:rsidRDefault="00FF34CC"/>
        </w:tc>
      </w:tr>
      <w:tr w:rsidR="00FF34CC" w14:paraId="0756D16C" w14:textId="77777777">
        <w:trPr>
          <w:trHeight w:val="442"/>
          <w:jc w:val="center"/>
        </w:trPr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38D1F" w14:textId="77777777" w:rsidR="00FF34CC" w:rsidRDefault="00000000">
            <w:proofErr w:type="spellStart"/>
            <w:r>
              <w:rPr>
                <w:b/>
                <w:sz w:val="16"/>
              </w:rPr>
              <w:t>Postęp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uczestników</w:t>
            </w:r>
            <w:proofErr w:type="spellEnd"/>
          </w:p>
        </w:tc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98DB1" w14:textId="77777777" w:rsidR="00FF34CC" w:rsidRDefault="00FF34CC"/>
        </w:tc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D9850" w14:textId="77777777" w:rsidR="00FF34CC" w:rsidRDefault="00FF34CC"/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92D2B" w14:textId="77777777" w:rsidR="00FF34CC" w:rsidRDefault="00FF34CC"/>
        </w:tc>
      </w:tr>
      <w:tr w:rsidR="00FF34CC" w14:paraId="3DDA857B" w14:textId="77777777">
        <w:trPr>
          <w:trHeight w:val="442"/>
          <w:jc w:val="center"/>
        </w:trPr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CC705" w14:textId="77777777" w:rsidR="00FF34CC" w:rsidRDefault="00000000">
            <w:proofErr w:type="spellStart"/>
            <w:r>
              <w:rPr>
                <w:b/>
                <w:sz w:val="16"/>
              </w:rPr>
              <w:t>Bezpieczeństwo</w:t>
            </w:r>
            <w:proofErr w:type="spellEnd"/>
            <w:r>
              <w:rPr>
                <w:b/>
                <w:sz w:val="16"/>
              </w:rPr>
              <w:t xml:space="preserve"> / </w:t>
            </w:r>
            <w:proofErr w:type="spellStart"/>
            <w:r>
              <w:rPr>
                <w:b/>
                <w:sz w:val="16"/>
              </w:rPr>
              <w:t>organizacja</w:t>
            </w:r>
            <w:proofErr w:type="spellEnd"/>
          </w:p>
        </w:tc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5BD9CB" w14:textId="77777777" w:rsidR="00FF34CC" w:rsidRDefault="00FF34CC"/>
        </w:tc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F0574" w14:textId="77777777" w:rsidR="00FF34CC" w:rsidRDefault="00FF34CC"/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4122A2" w14:textId="77777777" w:rsidR="00FF34CC" w:rsidRDefault="00FF34CC"/>
        </w:tc>
      </w:tr>
      <w:tr w:rsidR="00FF34CC" w14:paraId="24FFA1B2" w14:textId="77777777">
        <w:trPr>
          <w:trHeight w:val="442"/>
          <w:jc w:val="center"/>
        </w:trPr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F975B" w14:textId="77777777" w:rsidR="00FF34CC" w:rsidRDefault="00000000">
            <w:proofErr w:type="spellStart"/>
            <w:r>
              <w:rPr>
                <w:b/>
                <w:sz w:val="16"/>
              </w:rPr>
              <w:t>Praca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wychowawcza</w:t>
            </w:r>
            <w:proofErr w:type="spellEnd"/>
          </w:p>
        </w:tc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9E1F1A" w14:textId="77777777" w:rsidR="00FF34CC" w:rsidRDefault="00FF34CC"/>
        </w:tc>
        <w:tc>
          <w:tcPr>
            <w:tcW w:w="12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1C0643" w14:textId="77777777" w:rsidR="00FF34CC" w:rsidRDefault="00FF34CC"/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8EC58" w14:textId="77777777" w:rsidR="00FF34CC" w:rsidRDefault="00FF34CC"/>
        </w:tc>
      </w:tr>
    </w:tbl>
    <w:p w14:paraId="7DEAFD32" w14:textId="77777777" w:rsidR="00FF34CC" w:rsidRDefault="00000000">
      <w:pPr>
        <w:spacing w:before="80" w:after="20"/>
      </w:pPr>
      <w:r>
        <w:rPr>
          <w:b/>
          <w:color w:val="1F4E79"/>
          <w:sz w:val="18"/>
        </w:rPr>
        <w:t>D. ZAWODY / TURNIEJE / WYDARZENIA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65"/>
        <w:gridCol w:w="1361"/>
        <w:gridCol w:w="2324"/>
        <w:gridCol w:w="1474"/>
        <w:gridCol w:w="2608"/>
      </w:tblGrid>
      <w:tr w:rsidR="00FF34CC" w14:paraId="09737624" w14:textId="77777777">
        <w:trPr>
          <w:jc w:val="center"/>
        </w:trPr>
        <w:tc>
          <w:tcPr>
            <w:tcW w:w="26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06C6D" w14:textId="77777777" w:rsidR="00FF34CC" w:rsidRDefault="00000000">
            <w:pPr>
              <w:jc w:val="center"/>
            </w:pPr>
            <w:r>
              <w:rPr>
                <w:b/>
                <w:sz w:val="16"/>
              </w:rPr>
              <w:t xml:space="preserve">Nazwa </w:t>
            </w:r>
            <w:proofErr w:type="spellStart"/>
            <w:r>
              <w:rPr>
                <w:b/>
                <w:sz w:val="16"/>
              </w:rPr>
              <w:t>wydarzenia</w:t>
            </w:r>
            <w:proofErr w:type="spellEnd"/>
          </w:p>
        </w:tc>
        <w:tc>
          <w:tcPr>
            <w:tcW w:w="13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C5A35" w14:textId="77777777" w:rsidR="00FF34CC" w:rsidRDefault="00000000">
            <w:pPr>
              <w:jc w:val="center"/>
            </w:pPr>
            <w:r>
              <w:rPr>
                <w:b/>
                <w:sz w:val="16"/>
              </w:rPr>
              <w:t>Data</w:t>
            </w: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D571A" w14:textId="77777777" w:rsidR="00FF34CC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Miejsce</w:t>
            </w:r>
            <w:proofErr w:type="spellEnd"/>
          </w:p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374F6" w14:textId="77777777" w:rsidR="00FF34CC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Liczba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ucz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AC639" w14:textId="77777777" w:rsidR="00FF34CC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Wynik</w:t>
            </w:r>
            <w:proofErr w:type="spellEnd"/>
            <w:r>
              <w:rPr>
                <w:b/>
                <w:sz w:val="16"/>
              </w:rPr>
              <w:t xml:space="preserve"> / </w:t>
            </w:r>
            <w:proofErr w:type="spellStart"/>
            <w:r>
              <w:rPr>
                <w:b/>
                <w:sz w:val="16"/>
              </w:rPr>
              <w:t>krótki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opis</w:t>
            </w:r>
            <w:proofErr w:type="spellEnd"/>
          </w:p>
        </w:tc>
      </w:tr>
      <w:tr w:rsidR="00FF34CC" w14:paraId="1D646149" w14:textId="77777777">
        <w:trPr>
          <w:trHeight w:val="408"/>
          <w:jc w:val="center"/>
        </w:trPr>
        <w:tc>
          <w:tcPr>
            <w:tcW w:w="26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7F91A" w14:textId="77777777" w:rsidR="00FF34CC" w:rsidRDefault="00FF34CC"/>
        </w:tc>
        <w:tc>
          <w:tcPr>
            <w:tcW w:w="13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C32DC" w14:textId="77777777" w:rsidR="00FF34CC" w:rsidRDefault="00FF34CC"/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E808A6" w14:textId="77777777" w:rsidR="00FF34CC" w:rsidRDefault="00FF34CC"/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0A345" w14:textId="77777777" w:rsidR="00FF34CC" w:rsidRDefault="00FF34CC"/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4552C" w14:textId="77777777" w:rsidR="00FF34CC" w:rsidRDefault="00FF34CC"/>
        </w:tc>
      </w:tr>
      <w:tr w:rsidR="00FF34CC" w14:paraId="042E6CAA" w14:textId="77777777">
        <w:trPr>
          <w:trHeight w:val="408"/>
          <w:jc w:val="center"/>
        </w:trPr>
        <w:tc>
          <w:tcPr>
            <w:tcW w:w="26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5015E" w14:textId="77777777" w:rsidR="00FF34CC" w:rsidRDefault="00FF34CC"/>
        </w:tc>
        <w:tc>
          <w:tcPr>
            <w:tcW w:w="13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23072" w14:textId="77777777" w:rsidR="00FF34CC" w:rsidRDefault="00FF34CC"/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928DA" w14:textId="77777777" w:rsidR="00FF34CC" w:rsidRDefault="00FF34CC"/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1302E" w14:textId="77777777" w:rsidR="00FF34CC" w:rsidRDefault="00FF34CC"/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2074A" w14:textId="77777777" w:rsidR="00FF34CC" w:rsidRDefault="00FF34CC"/>
        </w:tc>
      </w:tr>
      <w:tr w:rsidR="00FF34CC" w14:paraId="68B58E44" w14:textId="77777777">
        <w:trPr>
          <w:trHeight w:val="408"/>
          <w:jc w:val="center"/>
        </w:trPr>
        <w:tc>
          <w:tcPr>
            <w:tcW w:w="26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B73E1" w14:textId="77777777" w:rsidR="00FF34CC" w:rsidRDefault="00FF34CC"/>
        </w:tc>
        <w:tc>
          <w:tcPr>
            <w:tcW w:w="13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9221B" w14:textId="77777777" w:rsidR="00FF34CC" w:rsidRDefault="00FF34CC"/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4E3575" w14:textId="77777777" w:rsidR="00FF34CC" w:rsidRDefault="00FF34CC"/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5A691" w14:textId="77777777" w:rsidR="00FF34CC" w:rsidRDefault="00FF34CC"/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3D315" w14:textId="77777777" w:rsidR="00FF34CC" w:rsidRDefault="00FF34CC"/>
        </w:tc>
      </w:tr>
      <w:tr w:rsidR="00FF34CC" w14:paraId="4DFB5813" w14:textId="77777777">
        <w:trPr>
          <w:trHeight w:val="408"/>
          <w:jc w:val="center"/>
        </w:trPr>
        <w:tc>
          <w:tcPr>
            <w:tcW w:w="26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FA50A" w14:textId="77777777" w:rsidR="00FF34CC" w:rsidRDefault="00FF34CC"/>
        </w:tc>
        <w:tc>
          <w:tcPr>
            <w:tcW w:w="13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B3E69" w14:textId="77777777" w:rsidR="00FF34CC" w:rsidRDefault="00FF34CC"/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60A73" w14:textId="77777777" w:rsidR="00FF34CC" w:rsidRDefault="00FF34CC"/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BC27C" w14:textId="77777777" w:rsidR="00FF34CC" w:rsidRDefault="00FF34CC"/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0C751" w14:textId="77777777" w:rsidR="00FF34CC" w:rsidRDefault="00FF34CC"/>
        </w:tc>
      </w:tr>
      <w:tr w:rsidR="00FF34CC" w14:paraId="324F48E8" w14:textId="77777777">
        <w:trPr>
          <w:trHeight w:val="408"/>
          <w:jc w:val="center"/>
        </w:trPr>
        <w:tc>
          <w:tcPr>
            <w:tcW w:w="26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EAF3D" w14:textId="77777777" w:rsidR="00FF34CC" w:rsidRDefault="00FF34CC"/>
        </w:tc>
        <w:tc>
          <w:tcPr>
            <w:tcW w:w="13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584F0" w14:textId="77777777" w:rsidR="00FF34CC" w:rsidRDefault="00FF34CC"/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9B37F" w14:textId="77777777" w:rsidR="00FF34CC" w:rsidRDefault="00FF34CC"/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7CD7A" w14:textId="77777777" w:rsidR="00FF34CC" w:rsidRDefault="00FF34CC"/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29FF5" w14:textId="77777777" w:rsidR="00FF34CC" w:rsidRDefault="00FF34CC"/>
        </w:tc>
      </w:tr>
    </w:tbl>
    <w:p w14:paraId="26ACAA06" w14:textId="77777777" w:rsidR="00FF34CC" w:rsidRDefault="00000000">
      <w:r>
        <w:br w:type="page"/>
      </w:r>
    </w:p>
    <w:p w14:paraId="24BCE138" w14:textId="3FC3AB3F" w:rsidR="00FF34CC" w:rsidRPr="005735AC" w:rsidRDefault="00000000" w:rsidP="00054CC4">
      <w:pPr>
        <w:jc w:val="center"/>
        <w:rPr>
          <w:lang w:val="pl-PL"/>
        </w:rPr>
      </w:pPr>
      <w:r w:rsidRPr="005735AC">
        <w:rPr>
          <w:b/>
          <w:color w:val="1F4E79"/>
          <w:sz w:val="24"/>
          <w:lang w:val="pl-PL"/>
        </w:rPr>
        <w:lastRenderedPageBreak/>
        <w:t>SPRAWOZDANIE Z DZIAŁALNOŚCI SEKCJI / ZAJĘĆ MOS OPOLE</w:t>
      </w:r>
    </w:p>
    <w:p w14:paraId="7D18D62A" w14:textId="77777777" w:rsidR="00FF34CC" w:rsidRPr="005735AC" w:rsidRDefault="00000000">
      <w:pPr>
        <w:spacing w:before="80" w:after="20"/>
        <w:rPr>
          <w:lang w:val="pl-PL"/>
        </w:rPr>
      </w:pPr>
      <w:r w:rsidRPr="005735AC">
        <w:rPr>
          <w:b/>
          <w:color w:val="1F4E79"/>
          <w:sz w:val="18"/>
          <w:lang w:val="pl-PL"/>
        </w:rPr>
        <w:t>E. OSIĄGNIĘCIA I EFEKTY PRACY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3402"/>
        <w:gridCol w:w="1531"/>
        <w:gridCol w:w="3175"/>
      </w:tblGrid>
      <w:tr w:rsidR="00FF34CC" w14:paraId="798FE7BB" w14:textId="77777777">
        <w:trPr>
          <w:jc w:val="center"/>
        </w:trPr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D0BA2" w14:textId="77777777" w:rsidR="00FF34CC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Kategoria</w:t>
            </w:r>
            <w:proofErr w:type="spellEnd"/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421CB" w14:textId="77777777" w:rsidR="00FF34CC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Opis</w:t>
            </w:r>
            <w:proofErr w:type="spellEnd"/>
            <w:r>
              <w:rPr>
                <w:b/>
                <w:sz w:val="16"/>
              </w:rPr>
              <w:t xml:space="preserve"> / </w:t>
            </w:r>
            <w:proofErr w:type="spellStart"/>
            <w:r>
              <w:rPr>
                <w:b/>
                <w:sz w:val="16"/>
              </w:rPr>
              <w:t>przykład</w:t>
            </w:r>
            <w:proofErr w:type="spellEnd"/>
          </w:p>
        </w:tc>
        <w:tc>
          <w:tcPr>
            <w:tcW w:w="1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1175A" w14:textId="77777777" w:rsidR="00FF34CC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Liczba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ucz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31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9B0C8" w14:textId="77777777" w:rsidR="00FF34CC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Klasyfikacja</w:t>
            </w:r>
            <w:proofErr w:type="spellEnd"/>
            <w:r>
              <w:rPr>
                <w:b/>
                <w:sz w:val="16"/>
              </w:rPr>
              <w:t xml:space="preserve"> do </w:t>
            </w:r>
            <w:proofErr w:type="spellStart"/>
            <w:r>
              <w:rPr>
                <w:b/>
                <w:sz w:val="16"/>
              </w:rPr>
              <w:t>raportu</w:t>
            </w:r>
            <w:proofErr w:type="spellEnd"/>
          </w:p>
        </w:tc>
      </w:tr>
      <w:tr w:rsidR="00FF34CC" w14:paraId="7D6E7D47" w14:textId="77777777">
        <w:trPr>
          <w:trHeight w:val="425"/>
          <w:jc w:val="center"/>
        </w:trPr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B9F389" w14:textId="77777777" w:rsidR="00FF34CC" w:rsidRDefault="00000000">
            <w:proofErr w:type="spellStart"/>
            <w:r>
              <w:rPr>
                <w:b/>
                <w:sz w:val="16"/>
              </w:rPr>
              <w:t>Największe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osiągnięcie</w:t>
            </w:r>
            <w:proofErr w:type="spellEnd"/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09953" w14:textId="77777777" w:rsidR="00FF34CC" w:rsidRDefault="00FF34CC"/>
        </w:tc>
        <w:tc>
          <w:tcPr>
            <w:tcW w:w="1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6D4BA" w14:textId="77777777" w:rsidR="00FF34CC" w:rsidRDefault="00FF34CC"/>
        </w:tc>
        <w:tc>
          <w:tcPr>
            <w:tcW w:w="31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BB9A9" w14:textId="77777777" w:rsidR="00FF34CC" w:rsidRDefault="00000000">
            <w:proofErr w:type="spellStart"/>
            <w:r>
              <w:rPr>
                <w:sz w:val="16"/>
              </w:rPr>
              <w:t>sportowe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wychowawcze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organizacyjne</w:t>
            </w:r>
            <w:proofErr w:type="spellEnd"/>
          </w:p>
        </w:tc>
      </w:tr>
      <w:tr w:rsidR="00FF34CC" w14:paraId="28F9A00E" w14:textId="77777777">
        <w:trPr>
          <w:trHeight w:val="425"/>
          <w:jc w:val="center"/>
        </w:trPr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91AC9" w14:textId="77777777" w:rsidR="00FF34CC" w:rsidRDefault="00000000">
            <w:r>
              <w:rPr>
                <w:b/>
                <w:sz w:val="16"/>
              </w:rPr>
              <w:t xml:space="preserve">Widoczny </w:t>
            </w:r>
            <w:proofErr w:type="spellStart"/>
            <w:r>
              <w:rPr>
                <w:b/>
                <w:sz w:val="16"/>
              </w:rPr>
              <w:t>postęp</w:t>
            </w:r>
            <w:proofErr w:type="spellEnd"/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54C96" w14:textId="77777777" w:rsidR="00FF34CC" w:rsidRDefault="00FF34CC"/>
        </w:tc>
        <w:tc>
          <w:tcPr>
            <w:tcW w:w="1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7FFD7" w14:textId="77777777" w:rsidR="00FF34CC" w:rsidRDefault="00FF34CC"/>
        </w:tc>
        <w:tc>
          <w:tcPr>
            <w:tcW w:w="31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EC3C8" w14:textId="77777777" w:rsidR="00FF34CC" w:rsidRDefault="00000000">
            <w:proofErr w:type="spellStart"/>
            <w:r>
              <w:rPr>
                <w:sz w:val="16"/>
              </w:rPr>
              <w:t>technika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frekwencja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motywacja</w:t>
            </w:r>
            <w:proofErr w:type="spellEnd"/>
          </w:p>
        </w:tc>
      </w:tr>
      <w:tr w:rsidR="00FF34CC" w14:paraId="75F9F51B" w14:textId="77777777">
        <w:trPr>
          <w:trHeight w:val="425"/>
          <w:jc w:val="center"/>
        </w:trPr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E0F1B" w14:textId="77777777" w:rsidR="00FF34CC" w:rsidRDefault="00000000">
            <w:proofErr w:type="spellStart"/>
            <w:r>
              <w:rPr>
                <w:b/>
                <w:sz w:val="16"/>
              </w:rPr>
              <w:t>Promocja</w:t>
            </w:r>
            <w:proofErr w:type="spellEnd"/>
            <w:r>
              <w:rPr>
                <w:b/>
                <w:sz w:val="16"/>
              </w:rPr>
              <w:t xml:space="preserve"> MOS</w:t>
            </w:r>
          </w:p>
        </w:tc>
        <w:tc>
          <w:tcPr>
            <w:tcW w:w="3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6465D" w14:textId="77777777" w:rsidR="00FF34CC" w:rsidRDefault="00FF34CC"/>
        </w:tc>
        <w:tc>
          <w:tcPr>
            <w:tcW w:w="15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64988" w14:textId="77777777" w:rsidR="00FF34CC" w:rsidRDefault="00FF34CC"/>
        </w:tc>
        <w:tc>
          <w:tcPr>
            <w:tcW w:w="31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FC80A" w14:textId="77777777" w:rsidR="00FF34CC" w:rsidRDefault="00000000">
            <w:proofErr w:type="spellStart"/>
            <w:r>
              <w:rPr>
                <w:sz w:val="16"/>
              </w:rPr>
              <w:t>zawody</w:t>
            </w:r>
            <w:proofErr w:type="spellEnd"/>
            <w:r>
              <w:rPr>
                <w:sz w:val="16"/>
              </w:rPr>
              <w:t xml:space="preserve"> / media / </w:t>
            </w:r>
            <w:proofErr w:type="spellStart"/>
            <w:r>
              <w:rPr>
                <w:sz w:val="16"/>
              </w:rPr>
              <w:t>współpraca</w:t>
            </w:r>
            <w:proofErr w:type="spellEnd"/>
          </w:p>
        </w:tc>
      </w:tr>
    </w:tbl>
    <w:p w14:paraId="113D05F9" w14:textId="77777777" w:rsidR="00FF34CC" w:rsidRDefault="00000000">
      <w:pPr>
        <w:spacing w:before="80" w:after="20"/>
      </w:pPr>
      <w:r>
        <w:rPr>
          <w:b/>
          <w:color w:val="1F4E79"/>
          <w:sz w:val="18"/>
        </w:rPr>
        <w:t>F. OBOZY, KONSULTACJE, AKCJE DODATKOWE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1361"/>
        <w:gridCol w:w="2268"/>
        <w:gridCol w:w="1474"/>
        <w:gridCol w:w="3005"/>
      </w:tblGrid>
      <w:tr w:rsidR="00FF34CC" w14:paraId="32B831AB" w14:textId="77777777">
        <w:trPr>
          <w:jc w:val="center"/>
        </w:trPr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AC9FE" w14:textId="77777777" w:rsidR="00FF34CC" w:rsidRDefault="00000000">
            <w:pPr>
              <w:jc w:val="center"/>
            </w:pPr>
            <w:r>
              <w:rPr>
                <w:b/>
                <w:sz w:val="16"/>
              </w:rPr>
              <w:t>Forma</w:t>
            </w:r>
          </w:p>
        </w:tc>
        <w:tc>
          <w:tcPr>
            <w:tcW w:w="13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C3F961" w14:textId="77777777" w:rsidR="00FF34CC" w:rsidRDefault="00000000">
            <w:pPr>
              <w:jc w:val="center"/>
            </w:pPr>
            <w:r>
              <w:rPr>
                <w:b/>
                <w:sz w:val="16"/>
              </w:rPr>
              <w:t>Termin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42CB7D" w14:textId="77777777" w:rsidR="00FF34CC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Miejsce</w:t>
            </w:r>
            <w:proofErr w:type="spellEnd"/>
          </w:p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55EAA" w14:textId="77777777" w:rsidR="00FF34CC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Liczba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ucz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30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8D7B19" w14:textId="77777777" w:rsidR="00FF34CC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Krótki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opis</w:t>
            </w:r>
            <w:proofErr w:type="spellEnd"/>
            <w:r>
              <w:rPr>
                <w:b/>
                <w:sz w:val="16"/>
              </w:rPr>
              <w:t xml:space="preserve"> / </w:t>
            </w:r>
            <w:proofErr w:type="spellStart"/>
            <w:r>
              <w:rPr>
                <w:b/>
                <w:sz w:val="16"/>
              </w:rPr>
              <w:t>efekt</w:t>
            </w:r>
            <w:proofErr w:type="spellEnd"/>
          </w:p>
        </w:tc>
      </w:tr>
      <w:tr w:rsidR="00FF34CC" w14:paraId="7CCAE06A" w14:textId="77777777">
        <w:trPr>
          <w:trHeight w:val="442"/>
          <w:jc w:val="center"/>
        </w:trPr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640D0" w14:textId="77777777" w:rsidR="00FF34CC" w:rsidRDefault="00FF34CC"/>
        </w:tc>
        <w:tc>
          <w:tcPr>
            <w:tcW w:w="13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0167A6" w14:textId="77777777" w:rsidR="00FF34CC" w:rsidRDefault="00FF34CC"/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1F6FD" w14:textId="77777777" w:rsidR="00FF34CC" w:rsidRDefault="00FF34CC"/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D1DC8" w14:textId="77777777" w:rsidR="00FF34CC" w:rsidRDefault="00FF34CC"/>
        </w:tc>
        <w:tc>
          <w:tcPr>
            <w:tcW w:w="30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8C3B46" w14:textId="77777777" w:rsidR="00FF34CC" w:rsidRDefault="00FF34CC"/>
        </w:tc>
      </w:tr>
      <w:tr w:rsidR="00FF34CC" w14:paraId="6C7C4242" w14:textId="77777777">
        <w:trPr>
          <w:trHeight w:val="442"/>
          <w:jc w:val="center"/>
        </w:trPr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0499B" w14:textId="77777777" w:rsidR="00FF34CC" w:rsidRDefault="00FF34CC"/>
        </w:tc>
        <w:tc>
          <w:tcPr>
            <w:tcW w:w="13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485F8" w14:textId="77777777" w:rsidR="00FF34CC" w:rsidRDefault="00FF34CC"/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43995" w14:textId="77777777" w:rsidR="00FF34CC" w:rsidRDefault="00FF34CC"/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1F5B2" w14:textId="77777777" w:rsidR="00FF34CC" w:rsidRDefault="00FF34CC"/>
        </w:tc>
        <w:tc>
          <w:tcPr>
            <w:tcW w:w="30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BB56F" w14:textId="77777777" w:rsidR="00FF34CC" w:rsidRDefault="00FF34CC"/>
        </w:tc>
      </w:tr>
      <w:tr w:rsidR="00FF34CC" w14:paraId="24D094D5" w14:textId="77777777">
        <w:trPr>
          <w:trHeight w:val="442"/>
          <w:jc w:val="center"/>
        </w:trPr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6BD22" w14:textId="77777777" w:rsidR="00FF34CC" w:rsidRDefault="00FF34CC"/>
        </w:tc>
        <w:tc>
          <w:tcPr>
            <w:tcW w:w="13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2B590" w14:textId="77777777" w:rsidR="00FF34CC" w:rsidRDefault="00FF34CC"/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C4B06" w14:textId="77777777" w:rsidR="00FF34CC" w:rsidRDefault="00FF34CC"/>
        </w:tc>
        <w:tc>
          <w:tcPr>
            <w:tcW w:w="14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70CCD" w14:textId="77777777" w:rsidR="00FF34CC" w:rsidRDefault="00FF34CC"/>
        </w:tc>
        <w:tc>
          <w:tcPr>
            <w:tcW w:w="30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31CB0" w14:textId="77777777" w:rsidR="00FF34CC" w:rsidRDefault="00FF34CC"/>
        </w:tc>
      </w:tr>
    </w:tbl>
    <w:p w14:paraId="70EA83D2" w14:textId="77777777" w:rsidR="00FF34CC" w:rsidRPr="005735AC" w:rsidRDefault="00000000">
      <w:pPr>
        <w:spacing w:before="80" w:after="20"/>
        <w:rPr>
          <w:lang w:val="pl-PL"/>
        </w:rPr>
      </w:pPr>
      <w:r w:rsidRPr="005735AC">
        <w:rPr>
          <w:b/>
          <w:color w:val="1F4E79"/>
          <w:sz w:val="18"/>
          <w:lang w:val="pl-PL"/>
        </w:rPr>
        <w:t>G. SAMOOCENA PROWADZĄCEGO - WSKAŹNIKI DO ANALIZY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1191"/>
        <w:gridCol w:w="2381"/>
        <w:gridCol w:w="1191"/>
        <w:gridCol w:w="2324"/>
        <w:gridCol w:w="907"/>
      </w:tblGrid>
      <w:tr w:rsidR="00FF34CC" w14:paraId="0C8A71B9" w14:textId="77777777">
        <w:trPr>
          <w:trHeight w:val="351"/>
          <w:jc w:val="center"/>
        </w:trPr>
        <w:tc>
          <w:tcPr>
            <w:tcW w:w="23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00453" w14:textId="77777777" w:rsidR="00FF34CC" w:rsidRDefault="00000000">
            <w:proofErr w:type="spellStart"/>
            <w:r>
              <w:rPr>
                <w:b/>
                <w:sz w:val="15"/>
              </w:rPr>
              <w:t>Realizacja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programu</w:t>
            </w:r>
            <w:proofErr w:type="spellEnd"/>
            <w:r>
              <w:rPr>
                <w:b/>
                <w:sz w:val="15"/>
              </w:rPr>
              <w:t xml:space="preserve"> 1-5</w:t>
            </w:r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2D9DE" w14:textId="77777777" w:rsidR="00FF34CC" w:rsidRDefault="00FF34CC"/>
        </w:tc>
        <w:tc>
          <w:tcPr>
            <w:tcW w:w="23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ACDAEA" w14:textId="77777777" w:rsidR="00FF34CC" w:rsidRDefault="00000000">
            <w:proofErr w:type="spellStart"/>
            <w:r>
              <w:rPr>
                <w:b/>
                <w:sz w:val="15"/>
              </w:rPr>
              <w:t>Frekwencja</w:t>
            </w:r>
            <w:proofErr w:type="spellEnd"/>
            <w:r>
              <w:rPr>
                <w:b/>
                <w:sz w:val="15"/>
              </w:rPr>
              <w:t xml:space="preserve"> 1-5</w:t>
            </w:r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56FE81" w14:textId="77777777" w:rsidR="00FF34CC" w:rsidRDefault="00FF34CC"/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E56E2" w14:textId="77777777" w:rsidR="00FF34CC" w:rsidRDefault="00000000">
            <w:proofErr w:type="spellStart"/>
            <w:r>
              <w:rPr>
                <w:b/>
                <w:sz w:val="15"/>
              </w:rPr>
              <w:t>Zaangażowanie</w:t>
            </w:r>
            <w:proofErr w:type="spellEnd"/>
            <w:r>
              <w:rPr>
                <w:b/>
                <w:sz w:val="15"/>
              </w:rPr>
              <w:t xml:space="preserve"> 1-5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7E289" w14:textId="77777777" w:rsidR="00FF34CC" w:rsidRDefault="00FF34CC"/>
        </w:tc>
      </w:tr>
      <w:tr w:rsidR="00FF34CC" w14:paraId="335C4B6E" w14:textId="77777777">
        <w:trPr>
          <w:trHeight w:val="351"/>
          <w:jc w:val="center"/>
        </w:trPr>
        <w:tc>
          <w:tcPr>
            <w:tcW w:w="23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9726A" w14:textId="77777777" w:rsidR="00FF34CC" w:rsidRDefault="00000000">
            <w:proofErr w:type="spellStart"/>
            <w:r>
              <w:rPr>
                <w:b/>
                <w:sz w:val="15"/>
              </w:rPr>
              <w:t>Postęp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sportowy</w:t>
            </w:r>
            <w:proofErr w:type="spellEnd"/>
            <w:r>
              <w:rPr>
                <w:b/>
                <w:sz w:val="15"/>
              </w:rPr>
              <w:t xml:space="preserve"> 1-5</w:t>
            </w:r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72CCA" w14:textId="77777777" w:rsidR="00FF34CC" w:rsidRDefault="00FF34CC"/>
        </w:tc>
        <w:tc>
          <w:tcPr>
            <w:tcW w:w="23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E2AE2" w14:textId="77777777" w:rsidR="00FF34CC" w:rsidRDefault="00000000">
            <w:proofErr w:type="spellStart"/>
            <w:r>
              <w:rPr>
                <w:b/>
                <w:sz w:val="15"/>
              </w:rPr>
              <w:t>Dyscyplina</w:t>
            </w:r>
            <w:proofErr w:type="spellEnd"/>
            <w:r>
              <w:rPr>
                <w:b/>
                <w:sz w:val="15"/>
              </w:rPr>
              <w:t xml:space="preserve"> 1-5</w:t>
            </w:r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FF05A" w14:textId="77777777" w:rsidR="00FF34CC" w:rsidRDefault="00FF34CC"/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474C6" w14:textId="77777777" w:rsidR="00FF34CC" w:rsidRDefault="00000000">
            <w:r>
              <w:rPr>
                <w:b/>
                <w:sz w:val="15"/>
              </w:rPr>
              <w:t>Organizacja 1-5</w:t>
            </w:r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0C617" w14:textId="77777777" w:rsidR="00FF34CC" w:rsidRDefault="00FF34CC"/>
        </w:tc>
      </w:tr>
      <w:tr w:rsidR="00FF34CC" w14:paraId="0CA07DFB" w14:textId="77777777">
        <w:trPr>
          <w:trHeight w:val="351"/>
          <w:jc w:val="center"/>
        </w:trPr>
        <w:tc>
          <w:tcPr>
            <w:tcW w:w="23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6842A" w14:textId="77777777" w:rsidR="00FF34CC" w:rsidRDefault="00000000">
            <w:proofErr w:type="spellStart"/>
            <w:r>
              <w:rPr>
                <w:b/>
                <w:sz w:val="15"/>
              </w:rPr>
              <w:t>Kontynuacja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zajęć</w:t>
            </w:r>
            <w:proofErr w:type="spellEnd"/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C92ADB" w14:textId="77777777" w:rsidR="00FF34CC" w:rsidRDefault="00000000">
            <w:r>
              <w:rPr>
                <w:sz w:val="15"/>
              </w:rPr>
              <w:t>TAK / NIE</w:t>
            </w:r>
          </w:p>
        </w:tc>
        <w:tc>
          <w:tcPr>
            <w:tcW w:w="23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DE71B" w14:textId="77777777" w:rsidR="00FF34CC" w:rsidRDefault="00000000">
            <w:proofErr w:type="spellStart"/>
            <w:r>
              <w:rPr>
                <w:b/>
                <w:sz w:val="15"/>
              </w:rPr>
              <w:t>Konieczne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zmiany</w:t>
            </w:r>
            <w:proofErr w:type="spellEnd"/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7BE97" w14:textId="77777777" w:rsidR="00FF34CC" w:rsidRDefault="00000000">
            <w:r>
              <w:rPr>
                <w:sz w:val="15"/>
              </w:rPr>
              <w:t>TAK / NIE</w:t>
            </w: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78124" w14:textId="77777777" w:rsidR="00FF34CC" w:rsidRDefault="00000000">
            <w:proofErr w:type="spellStart"/>
            <w:r>
              <w:rPr>
                <w:b/>
                <w:sz w:val="15"/>
              </w:rPr>
              <w:t>Priorytet</w:t>
            </w:r>
            <w:proofErr w:type="spellEnd"/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23D90" w14:textId="77777777" w:rsidR="00FF34CC" w:rsidRDefault="00FF34CC"/>
        </w:tc>
      </w:tr>
      <w:tr w:rsidR="00FF34CC" w14:paraId="3FB4662F" w14:textId="77777777">
        <w:trPr>
          <w:trHeight w:val="351"/>
          <w:jc w:val="center"/>
        </w:trPr>
        <w:tc>
          <w:tcPr>
            <w:tcW w:w="23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DB04C" w14:textId="77777777" w:rsidR="00FF34CC" w:rsidRDefault="00000000">
            <w:proofErr w:type="spellStart"/>
            <w:r>
              <w:rPr>
                <w:b/>
                <w:sz w:val="15"/>
              </w:rPr>
              <w:t>Potrzeby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sprzętowe</w:t>
            </w:r>
            <w:proofErr w:type="spellEnd"/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10A3C" w14:textId="77777777" w:rsidR="00FF34CC" w:rsidRDefault="00FF34CC"/>
        </w:tc>
        <w:tc>
          <w:tcPr>
            <w:tcW w:w="23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2633C" w14:textId="77777777" w:rsidR="00FF34CC" w:rsidRDefault="00000000">
            <w:proofErr w:type="spellStart"/>
            <w:r>
              <w:rPr>
                <w:b/>
                <w:sz w:val="15"/>
              </w:rPr>
              <w:t>Potrzeby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kadrowe</w:t>
            </w:r>
            <w:proofErr w:type="spellEnd"/>
          </w:p>
        </w:tc>
        <w:tc>
          <w:tcPr>
            <w:tcW w:w="11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5BA8D" w14:textId="77777777" w:rsidR="00FF34CC" w:rsidRDefault="00FF34CC"/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2B78C" w14:textId="77777777" w:rsidR="00FF34CC" w:rsidRDefault="00000000">
            <w:r>
              <w:rPr>
                <w:b/>
                <w:sz w:val="15"/>
              </w:rPr>
              <w:t xml:space="preserve">Inne </w:t>
            </w:r>
            <w:proofErr w:type="spellStart"/>
            <w:r>
              <w:rPr>
                <w:b/>
                <w:sz w:val="15"/>
              </w:rPr>
              <w:t>potrzeby</w:t>
            </w:r>
            <w:proofErr w:type="spellEnd"/>
          </w:p>
        </w:tc>
        <w:tc>
          <w:tcPr>
            <w:tcW w:w="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8474E" w14:textId="77777777" w:rsidR="00FF34CC" w:rsidRDefault="00FF34CC"/>
        </w:tc>
      </w:tr>
    </w:tbl>
    <w:p w14:paraId="06C0F3D1" w14:textId="77777777" w:rsidR="00FF34CC" w:rsidRPr="005735AC" w:rsidRDefault="00000000">
      <w:pPr>
        <w:spacing w:before="80" w:after="20"/>
        <w:rPr>
          <w:lang w:val="pl-PL"/>
        </w:rPr>
      </w:pPr>
      <w:r w:rsidRPr="005735AC">
        <w:rPr>
          <w:b/>
          <w:color w:val="1F4E79"/>
          <w:sz w:val="18"/>
          <w:lang w:val="pl-PL"/>
        </w:rPr>
        <w:t>H. KRÓTKIE WNIOSKI DO RAPORTU KOŃCOWEGO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948"/>
        <w:gridCol w:w="7427"/>
      </w:tblGrid>
      <w:tr w:rsidR="00FF34CC" w14:paraId="0C2A8C9B" w14:textId="77777777">
        <w:trPr>
          <w:trHeight w:val="465"/>
          <w:jc w:val="center"/>
        </w:trPr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64B21" w14:textId="77777777" w:rsidR="00FF34CC" w:rsidRDefault="00000000">
            <w:r>
              <w:rPr>
                <w:b/>
                <w:sz w:val="16"/>
              </w:rPr>
              <w:t xml:space="preserve">Co </w:t>
            </w:r>
            <w:proofErr w:type="spellStart"/>
            <w:r>
              <w:rPr>
                <w:b/>
                <w:sz w:val="16"/>
              </w:rPr>
              <w:t>działało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najlepiej</w:t>
            </w:r>
            <w:proofErr w:type="spellEnd"/>
            <w:r>
              <w:rPr>
                <w:b/>
                <w:sz w:val="16"/>
              </w:rPr>
              <w:t>?</w:t>
            </w:r>
          </w:p>
        </w:tc>
        <w:tc>
          <w:tcPr>
            <w:tcW w:w="74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CFF4B" w14:textId="77777777" w:rsidR="00FF34CC" w:rsidRDefault="00FF34CC"/>
        </w:tc>
      </w:tr>
      <w:tr w:rsidR="00FF34CC" w14:paraId="0A93E2F4" w14:textId="77777777">
        <w:trPr>
          <w:trHeight w:val="465"/>
          <w:jc w:val="center"/>
        </w:trPr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0DE2A" w14:textId="77777777" w:rsidR="00FF34CC" w:rsidRDefault="00000000">
            <w:proofErr w:type="spellStart"/>
            <w:r>
              <w:rPr>
                <w:b/>
                <w:sz w:val="16"/>
              </w:rPr>
              <w:t>Największa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trudność</w:t>
            </w:r>
            <w:proofErr w:type="spellEnd"/>
          </w:p>
        </w:tc>
        <w:tc>
          <w:tcPr>
            <w:tcW w:w="74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7D284" w14:textId="77777777" w:rsidR="00FF34CC" w:rsidRDefault="00FF34CC"/>
        </w:tc>
      </w:tr>
      <w:tr w:rsidR="00FF34CC" w14:paraId="726B76A3" w14:textId="77777777">
        <w:trPr>
          <w:trHeight w:val="465"/>
          <w:jc w:val="center"/>
        </w:trPr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66BAD" w14:textId="77777777" w:rsidR="00FF34CC" w:rsidRDefault="00000000">
            <w:proofErr w:type="spellStart"/>
            <w:r>
              <w:rPr>
                <w:b/>
                <w:sz w:val="16"/>
              </w:rPr>
              <w:t>Rekomendacja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kolejny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rok</w:t>
            </w:r>
            <w:proofErr w:type="spellEnd"/>
          </w:p>
        </w:tc>
        <w:tc>
          <w:tcPr>
            <w:tcW w:w="74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DBF29" w14:textId="77777777" w:rsidR="00FF34CC" w:rsidRDefault="00FF34CC"/>
        </w:tc>
      </w:tr>
      <w:tr w:rsidR="00FF34CC" w14:paraId="6CC34CB6" w14:textId="77777777">
        <w:trPr>
          <w:trHeight w:val="465"/>
          <w:jc w:val="center"/>
        </w:trPr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336E4" w14:textId="77777777" w:rsidR="00FF34CC" w:rsidRDefault="00000000">
            <w:proofErr w:type="spellStart"/>
            <w:r>
              <w:rPr>
                <w:b/>
                <w:sz w:val="16"/>
              </w:rPr>
              <w:t>Uwagi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dodatkowe</w:t>
            </w:r>
            <w:proofErr w:type="spellEnd"/>
          </w:p>
        </w:tc>
        <w:tc>
          <w:tcPr>
            <w:tcW w:w="74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D7D0E" w14:textId="77777777" w:rsidR="00FF34CC" w:rsidRDefault="00FF34CC"/>
        </w:tc>
      </w:tr>
    </w:tbl>
    <w:p w14:paraId="1B62DF06" w14:textId="77777777" w:rsidR="00FF34CC" w:rsidRDefault="00000000">
      <w:pPr>
        <w:spacing w:before="80" w:after="20"/>
      </w:pPr>
      <w:r>
        <w:rPr>
          <w:b/>
          <w:color w:val="1F4E79"/>
          <w:sz w:val="18"/>
        </w:rPr>
        <w:t>I. ZAŁĄCZNIKI / MATERIAŁY POTWIERDZAJĄCE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2608"/>
        <w:gridCol w:w="2608"/>
        <w:gridCol w:w="2608"/>
      </w:tblGrid>
      <w:tr w:rsidR="00FF34CC" w14:paraId="10E50A68" w14:textId="77777777">
        <w:trPr>
          <w:jc w:val="center"/>
        </w:trPr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2BB3A" w14:textId="77777777" w:rsidR="00FF34CC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Listy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obecności</w:t>
            </w:r>
            <w:proofErr w:type="spellEnd"/>
          </w:p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575F0" w14:textId="77777777" w:rsidR="00FF34CC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Wyniki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zawodów</w:t>
            </w:r>
            <w:proofErr w:type="spellEnd"/>
          </w:p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A582B" w14:textId="77777777" w:rsidR="00FF34CC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Zdjęcia</w:t>
            </w:r>
            <w:proofErr w:type="spellEnd"/>
            <w:r>
              <w:rPr>
                <w:b/>
                <w:sz w:val="16"/>
              </w:rPr>
              <w:t xml:space="preserve"> / media</w:t>
            </w:r>
          </w:p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55D9C" w14:textId="77777777" w:rsidR="00FF34CC" w:rsidRDefault="00000000">
            <w:pPr>
              <w:jc w:val="center"/>
            </w:pPr>
            <w:r>
              <w:rPr>
                <w:b/>
                <w:sz w:val="16"/>
              </w:rPr>
              <w:t>Inne</w:t>
            </w:r>
          </w:p>
        </w:tc>
      </w:tr>
      <w:tr w:rsidR="00FF34CC" w14:paraId="5ABE74AC" w14:textId="77777777">
        <w:trPr>
          <w:trHeight w:val="329"/>
          <w:jc w:val="center"/>
        </w:trPr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CFE5D" w14:textId="77777777" w:rsidR="00FF34CC" w:rsidRDefault="00000000">
            <w:pPr>
              <w:jc w:val="center"/>
            </w:pPr>
            <w:r>
              <w:rPr>
                <w:sz w:val="16"/>
              </w:rPr>
              <w:t>TAK / NIE</w:t>
            </w:r>
          </w:p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713AB" w14:textId="77777777" w:rsidR="00FF34CC" w:rsidRDefault="00000000">
            <w:pPr>
              <w:jc w:val="center"/>
            </w:pPr>
            <w:r>
              <w:rPr>
                <w:sz w:val="16"/>
              </w:rPr>
              <w:t>TAK / NIE</w:t>
            </w:r>
          </w:p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A77D0" w14:textId="77777777" w:rsidR="00FF34CC" w:rsidRDefault="00000000">
            <w:pPr>
              <w:jc w:val="center"/>
            </w:pPr>
            <w:r>
              <w:rPr>
                <w:sz w:val="16"/>
              </w:rPr>
              <w:t>TAK / NIE</w:t>
            </w:r>
          </w:p>
        </w:tc>
        <w:tc>
          <w:tcPr>
            <w:tcW w:w="2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34798" w14:textId="77777777" w:rsidR="00FF34CC" w:rsidRDefault="00000000">
            <w:pPr>
              <w:jc w:val="center"/>
            </w:pPr>
            <w:r>
              <w:rPr>
                <w:sz w:val="16"/>
              </w:rPr>
              <w:t>TAK / NIE</w:t>
            </w:r>
          </w:p>
        </w:tc>
      </w:tr>
    </w:tbl>
    <w:p w14:paraId="2CC4244C" w14:textId="77777777" w:rsidR="00461DC0" w:rsidRDefault="00461DC0">
      <w:pPr>
        <w:spacing w:before="160"/>
        <w:jc w:val="right"/>
        <w:rPr>
          <w:sz w:val="16"/>
        </w:rPr>
      </w:pPr>
    </w:p>
    <w:p w14:paraId="578EDE66" w14:textId="340B3384" w:rsidR="00FF34CC" w:rsidRDefault="00000000">
      <w:pPr>
        <w:spacing w:before="160"/>
        <w:jc w:val="right"/>
      </w:pPr>
      <w:r>
        <w:rPr>
          <w:sz w:val="16"/>
        </w:rPr>
        <w:t>..................................................</w:t>
      </w:r>
      <w:r>
        <w:rPr>
          <w:sz w:val="16"/>
        </w:rPr>
        <w:br/>
      </w:r>
      <w:proofErr w:type="spellStart"/>
      <w:r>
        <w:rPr>
          <w:sz w:val="16"/>
        </w:rPr>
        <w:t>Podpis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prowadzącego</w:t>
      </w:r>
      <w:proofErr w:type="spellEnd"/>
    </w:p>
    <w:sectPr w:rsidR="00FF34CC" w:rsidSect="00034616">
      <w:footerReference w:type="default" r:id="rId8"/>
      <w:pgSz w:w="12240" w:h="15840"/>
      <w:pgMar w:top="510" w:right="510" w:bottom="510" w:left="510" w:header="22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3F86F" w14:textId="77777777" w:rsidR="00A03A0D" w:rsidRDefault="00A03A0D">
      <w:r>
        <w:separator/>
      </w:r>
    </w:p>
  </w:endnote>
  <w:endnote w:type="continuationSeparator" w:id="0">
    <w:p w14:paraId="0B6369BA" w14:textId="77777777" w:rsidR="00A03A0D" w:rsidRDefault="00A03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A8C6C" w14:textId="5D49FAE0" w:rsidR="005735AC" w:rsidRPr="005735AC" w:rsidRDefault="00000000" w:rsidP="005735AC">
    <w:pPr>
      <w:pStyle w:val="Stopka"/>
      <w:jc w:val="center"/>
      <w:rPr>
        <w:color w:val="646464"/>
        <w:sz w:val="14"/>
        <w:lang w:val="pl-PL"/>
      </w:rPr>
    </w:pPr>
    <w:r w:rsidRPr="005735AC">
      <w:rPr>
        <w:color w:val="646464"/>
        <w:sz w:val="14"/>
        <w:lang w:val="pl-PL"/>
      </w:rPr>
      <w:t>MOS Opole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237B8" w14:textId="77777777" w:rsidR="00A03A0D" w:rsidRDefault="00A03A0D">
      <w:r>
        <w:separator/>
      </w:r>
    </w:p>
  </w:footnote>
  <w:footnote w:type="continuationSeparator" w:id="0">
    <w:p w14:paraId="67E5A2D8" w14:textId="77777777" w:rsidR="00A03A0D" w:rsidRDefault="00A03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1076622">
    <w:abstractNumId w:val="8"/>
  </w:num>
  <w:num w:numId="2" w16cid:durableId="348482320">
    <w:abstractNumId w:val="6"/>
  </w:num>
  <w:num w:numId="3" w16cid:durableId="841814968">
    <w:abstractNumId w:val="5"/>
  </w:num>
  <w:num w:numId="4" w16cid:durableId="1218395059">
    <w:abstractNumId w:val="4"/>
  </w:num>
  <w:num w:numId="5" w16cid:durableId="1918401110">
    <w:abstractNumId w:val="7"/>
  </w:num>
  <w:num w:numId="6" w16cid:durableId="1294943203">
    <w:abstractNumId w:val="3"/>
  </w:num>
  <w:num w:numId="7" w16cid:durableId="173224258">
    <w:abstractNumId w:val="2"/>
  </w:num>
  <w:num w:numId="8" w16cid:durableId="280890304">
    <w:abstractNumId w:val="1"/>
  </w:num>
  <w:num w:numId="9" w16cid:durableId="1160392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CC4"/>
    <w:rsid w:val="0006063C"/>
    <w:rsid w:val="0015074B"/>
    <w:rsid w:val="0029639D"/>
    <w:rsid w:val="00326F90"/>
    <w:rsid w:val="00457C65"/>
    <w:rsid w:val="00461DC0"/>
    <w:rsid w:val="005735AC"/>
    <w:rsid w:val="00691944"/>
    <w:rsid w:val="007F3F4F"/>
    <w:rsid w:val="00A03A0D"/>
    <w:rsid w:val="00AA1D8D"/>
    <w:rsid w:val="00B47730"/>
    <w:rsid w:val="00CB0664"/>
    <w:rsid w:val="00E50798"/>
    <w:rsid w:val="00FC693F"/>
    <w:rsid w:val="00FF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051B3E"/>
  <w14:defaultImageDpi w14:val="300"/>
  <w15:docId w15:val="{0055D558-4BFA-4FEB-AAFE-E2945B25C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Calibri" w:eastAsia="Calibri" w:hAnsi="Calibri"/>
      <w:sz w:val="17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Romek</cp:lastModifiedBy>
  <cp:revision>6</cp:revision>
  <dcterms:created xsi:type="dcterms:W3CDTF">2026-05-28T17:25:00Z</dcterms:created>
  <dcterms:modified xsi:type="dcterms:W3CDTF">2026-06-01T08:18:00Z</dcterms:modified>
  <cp:category/>
</cp:coreProperties>
</file>